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60"/>
      </w:pPr>
      <w:r>
        <w:rPr>
          <w:rFonts w:ascii="Arial" w:hAnsi="Arial"/>
          <w:b/>
          <w:color w:val="17313A"/>
          <w:sz w:val="38"/>
        </w:rPr>
        <w:t>Bearbeitungsstand erfragen</w:t>
      </w:r>
    </w:p>
    <w:p>
      <w:pPr>
        <w:spacing w:after="240"/>
      </w:pPr>
      <w:r>
        <w:rPr>
          <w:rFonts w:ascii="Arial" w:hAnsi="Arial"/>
          <w:b w:val="0"/>
          <w:color w:val="52656B"/>
          <w:sz w:val="21"/>
        </w:rPr>
        <w:t>Kurze Nachfrage bei Kranken- oder Pflegekasse</w:t>
      </w:r>
    </w:p>
    <w:p>
      <w:pPr>
        <w:spacing w:before="120" w:after="240"/>
        <w:ind w:left="142" w:right="142"/>
        <w:shd w:fill="DFF4EF"/>
      </w:pPr>
      <w:r>
        <w:rPr>
          <w:rFonts w:ascii="Arial" w:hAnsi="Arial"/>
          <w:b/>
          <w:color w:val="007F78"/>
          <w:sz w:val="19"/>
        </w:rPr>
        <w:t xml:space="preserve">Vor dem Versenden: </w:t>
      </w:r>
      <w:r>
        <w:rPr>
          <w:rFonts w:ascii="Arial" w:hAnsi="Arial"/>
          <w:b w:val="0"/>
          <w:color w:val="17313A"/>
          <w:sz w:val="19"/>
        </w:rPr>
        <w:t>Die Vorlage setzt keine eigene Frist und behauptet keine automatische Genehmigung. Lassen Sie sich bei einer möglichen Fristüberschreitung beraten.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Absender: </w:t>
      </w:r>
      <w:r>
        <w:rPr>
          <w:rStyle w:val="Platzhalter"/>
        </w:rPr>
        <w:t>[Vorname Nachname, Straße, PLZ Ort]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An: </w:t>
      </w:r>
      <w:r>
        <w:rPr>
          <w:rStyle w:val="Platzhalter"/>
        </w:rPr>
        <w:t>[Name und Anschrift der Kranken- oder Pflegekasse]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Ort und Datum: </w:t>
      </w:r>
      <w:r>
        <w:rPr>
          <w:rStyle w:val="Platzhalter"/>
        </w:rPr>
        <w:t>[Ort, Datum]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Versicherte Person: </w:t>
      </w:r>
      <w:r>
        <w:rPr>
          <w:rStyle w:val="Platzhalter"/>
        </w:rPr>
        <w:t>[Name, Geburtsdatum]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Versichertennummer: </w:t>
      </w:r>
      <w:r>
        <w:rPr>
          <w:rStyle w:val="Platzhalter"/>
        </w:rPr>
        <w:t>[Nummer]</w:t>
      </w:r>
    </w:p>
    <w:p>
      <w:pPr>
        <w:spacing w:after="40"/>
      </w:pPr>
      <w:r>
        <w:rPr>
          <w:rFonts w:ascii="Arial" w:hAnsi="Arial"/>
          <w:b/>
          <w:color w:val="17313A"/>
          <w:sz w:val="21"/>
        </w:rPr>
        <w:t xml:space="preserve">Aktenzeichen, falls vorhanden: </w:t>
      </w:r>
      <w:r>
        <w:rPr>
          <w:rStyle w:val="Platzhalter"/>
        </w:rPr>
        <w:t>[Aktenzeichen]</w:t>
      </w:r>
    </w:p>
    <w:p>
      <w:pPr>
        <w:spacing w:before="180" w:after="180"/>
      </w:pPr>
      <w:r>
        <w:rPr>
          <w:rFonts w:ascii="Arial" w:hAnsi="Arial"/>
          <w:b/>
          <w:color w:val="17313A"/>
          <w:sz w:val="23"/>
        </w:rPr>
        <w:t xml:space="preserve">Sachstand zu meinem Antrag vom </w:t>
      </w:r>
      <w:r>
        <w:rPr>
          <w:rStyle w:val="Platzhalter"/>
        </w:rPr>
        <w:t>[Datum des Antrags]</w:t>
      </w:r>
    </w:p>
    <w:p>
      <w:r>
        <w:t>Sehr geehrte Damen und Herren,</w:t>
      </w:r>
    </w:p>
    <w:p>
      <w:r>
        <w:rPr>
          <w:rFonts w:ascii="Arial" w:hAnsi="Arial"/>
          <w:b w:val="0"/>
          <w:color w:val="17313A"/>
          <w:sz w:val="22"/>
        </w:rPr>
        <w:t xml:space="preserve">am </w:t>
      </w:r>
      <w:r>
        <w:rPr>
          <w:rStyle w:val="Platzhalter"/>
        </w:rPr>
        <w:t>[Datum]</w:t>
      </w:r>
      <w:r>
        <w:rPr>
          <w:rFonts w:ascii="Arial" w:hAnsi="Arial"/>
          <w:b w:val="0"/>
          <w:color w:val="17313A"/>
          <w:sz w:val="22"/>
        </w:rPr>
        <w:t xml:space="preserve"> habe ich die Versorgung mit </w:t>
      </w:r>
      <w:r>
        <w:rPr>
          <w:rStyle w:val="Platzhalter"/>
        </w:rPr>
        <w:t>[Hilfsmittel oder Pflegehilfsmittel]</w:t>
      </w:r>
      <w:r>
        <w:rPr>
          <w:rFonts w:ascii="Arial" w:hAnsi="Arial"/>
          <w:b w:val="0"/>
          <w:color w:val="17313A"/>
          <w:sz w:val="22"/>
        </w:rPr>
        <w:t xml:space="preserve"> beantragt. Nach meinem Nachweis ist der Antrag am </w:t>
      </w:r>
      <w:r>
        <w:rPr>
          <w:rStyle w:val="Platzhalter"/>
        </w:rPr>
        <w:t>[Eingangsdatum]</w:t>
      </w:r>
      <w:r>
        <w:rPr>
          <w:rFonts w:ascii="Arial" w:hAnsi="Arial"/>
          <w:b w:val="0"/>
          <w:color w:val="17313A"/>
          <w:sz w:val="22"/>
        </w:rPr>
        <w:t xml:space="preserve"> bei Ihnen eingegangen.</w:t>
      </w:r>
    </w:p>
    <w:p>
      <w:r>
        <w:t>Bitte teilen Sie mir schriftlich mit:</w:t>
      </w:r>
    </w:p>
    <w:p>
      <w:pPr>
        <w:pStyle w:val="ListBullet"/>
      </w:pPr>
      <w:r>
        <w:rPr>
          <w:rFonts w:ascii="Arial" w:hAnsi="Arial"/>
          <w:b w:val="0"/>
          <w:color w:val="17313A"/>
          <w:sz w:val="22"/>
        </w:rPr>
        <w:t>ob der Antrag vollständig vorliegt,</w:t>
      </w:r>
    </w:p>
    <w:p>
      <w:pPr>
        <w:pStyle w:val="ListBullet"/>
      </w:pPr>
      <w:r>
        <w:rPr>
          <w:rFonts w:ascii="Arial" w:hAnsi="Arial"/>
          <w:b w:val="0"/>
          <w:color w:val="17313A"/>
          <w:sz w:val="22"/>
        </w:rPr>
        <w:t>unter welchem Aktenzeichen er bearbeitet wird,</w:t>
      </w:r>
    </w:p>
    <w:p>
      <w:pPr>
        <w:pStyle w:val="ListBullet"/>
      </w:pPr>
      <w:r>
        <w:rPr>
          <w:rFonts w:ascii="Arial" w:hAnsi="Arial"/>
          <w:b w:val="0"/>
          <w:color w:val="17313A"/>
          <w:sz w:val="22"/>
        </w:rPr>
        <w:t>ob eine gutachtliche Stellungnahme eingeholt wurde,</w:t>
      </w:r>
    </w:p>
    <w:p>
      <w:pPr>
        <w:pStyle w:val="ListBullet"/>
      </w:pPr>
      <w:r>
        <w:rPr>
          <w:rFonts w:ascii="Arial" w:hAnsi="Arial"/>
          <w:b w:val="0"/>
          <w:color w:val="17313A"/>
          <w:sz w:val="22"/>
        </w:rPr>
        <w:t>welche Unterlagen gegebenenfalls noch fehlen und</w:t>
      </w:r>
    </w:p>
    <w:p>
      <w:pPr>
        <w:pStyle w:val="ListBullet"/>
      </w:pPr>
      <w:r>
        <w:rPr>
          <w:rFonts w:ascii="Arial" w:hAnsi="Arial"/>
          <w:b w:val="0"/>
          <w:color w:val="17313A"/>
          <w:sz w:val="22"/>
        </w:rPr>
        <w:t>wann voraussichtlich mit einer Entscheidung zu rechnen ist.</w:t>
      </w:r>
    </w:p>
    <w:p>
      <w:r>
        <w:t>Bitte bestätigen Sie mir außerdem den Eingang dieses Schreibens.</w:t>
      </w:r>
    </w:p>
    <w:p>
      <w:r>
        <w:t>Mit freundlichen Grüßen</w:t>
      </w:r>
    </w:p>
    <w:p>
      <w:r>
        <w:rPr>
          <w:rStyle w:val="Platzhalter"/>
        </w:rPr>
        <w:t>[Unterschrift]</w:t>
      </w:r>
    </w:p>
    <w:p>
      <w:pPr>
        <w:spacing w:before="160" w:after="0"/>
      </w:pPr>
      <w:r>
        <w:rPr>
          <w:rFonts w:ascii="Arial" w:hAnsi="Arial"/>
          <w:b/>
          <w:color w:val="52656B"/>
          <w:sz w:val="17"/>
        </w:rPr>
        <w:t xml:space="preserve">Grundlage der Orientierung: </w:t>
      </w:r>
      <w:r>
        <w:rPr>
          <w:rFonts w:ascii="Arial" w:hAnsi="Arial"/>
          <w:b w:val="0"/>
          <w:color w:val="52656B"/>
          <w:sz w:val="17"/>
        </w:rPr>
        <w:t>Für viele Anträge gelten Entscheidungsfristen nach § 13 Absatz 3a SGB V beziehungsweise § 40 Absatz 7 SGB XI. Die Folgen müssen im Einzelfall geprüft werden.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/>
        <w:b w:val="0"/>
        <w:color w:val="52656B"/>
        <w:sz w:val="17"/>
      </w:rPr>
      <w:t>Allgemeine Orientierung · keine individuelle Rechtsberatung · Stand: 13. August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Arial" w:hAnsi="Arial"/>
        <w:b/>
        <w:color w:val="007F78"/>
        <w:sz w:val="19"/>
      </w:rPr>
      <w:t>Hilfsmittelantrag.de</w:t>
    </w:r>
    <w:r>
      <w:rPr>
        <w:rFonts w:ascii="Arial" w:hAnsi="Arial"/>
        <w:b w:val="0"/>
        <w:color w:val="52656B"/>
        <w:sz w:val="19"/>
      </w:rPr>
      <w:t xml:space="preserve">  |  Kostenlose Vorlage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1731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7F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7F7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tzhalter">
    <w:name w:val="Platzhalter"/>
    <w:rPr>
      <w:rFonts w:ascii="Arial" w:hAnsi="Arial"/>
      <w:b/>
      <w:color w:val="7A3E00"/>
      <w:shd w:fill="FFF0C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Sachstand zu einem Hilfsmittelantrag erfragen</dc:title>
  <dc:subject>Kostenlose Vorlage für Hilfsmittel und Pflegehilfsmittel</dc:subject>
  <dc:creator>Hilfsmittelantrag.de – eine Initiative von KlarNutzbar</dc:creator>
  <cp:keywords>Hilfsmittel, Pflegehilfsmittel, Antrag, Widerspruch, Vorlage</cp:keywords>
  <dc:description>Enthält keine personenbezogenen Daten. Platzhalter werden durch Nutzerinnen und Nutzer lokal ersetzt.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