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" w:after="60"/>
      </w:pPr>
      <w:r>
        <w:rPr>
          <w:rFonts w:ascii="Arial" w:hAnsi="Arial"/>
          <w:b/>
          <w:color w:val="17313A"/>
          <w:sz w:val="38"/>
        </w:rPr>
        <w:t>Antrag auf ein Pflegehilfsmittel</w:t>
      </w:r>
    </w:p>
    <w:p>
      <w:pPr>
        <w:spacing w:after="240"/>
      </w:pPr>
      <w:r>
        <w:rPr>
          <w:rFonts w:ascii="Arial" w:hAnsi="Arial"/>
          <w:b w:val="0"/>
          <w:color w:val="52656B"/>
          <w:sz w:val="21"/>
        </w:rPr>
        <w:t>Für einen Antrag bei der Pflegekasse</w:t>
      </w:r>
    </w:p>
    <w:p>
      <w:pPr>
        <w:spacing w:before="120" w:after="240"/>
        <w:ind w:left="142" w:right="142"/>
        <w:shd w:fill="DFF4EF"/>
      </w:pPr>
      <w:r>
        <w:rPr>
          <w:rFonts w:ascii="Arial" w:hAnsi="Arial"/>
          <w:b/>
          <w:color w:val="007F78"/>
          <w:sz w:val="19"/>
        </w:rPr>
        <w:t xml:space="preserve">Vor dem Versenden: </w:t>
      </w:r>
      <w:r>
        <w:rPr>
          <w:rFonts w:ascii="Arial" w:hAnsi="Arial"/>
          <w:b w:val="0"/>
          <w:color w:val="17313A"/>
          <w:sz w:val="19"/>
        </w:rPr>
        <w:t>Diese Vorlage betrifft Pflegehilfsmittel, nicht den Antrag auf einen Pflegegrad. Ersetzen Sie alle Platzhalter und löschen Sie nicht passende Formulierungen.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Absender: </w:t>
      </w:r>
      <w:r>
        <w:rPr>
          <w:rStyle w:val="Platzhalter"/>
        </w:rPr>
        <w:t>[Vorname Nachname, Straße, PLZ Ort]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An: </w:t>
      </w:r>
      <w:r>
        <w:rPr>
          <w:rStyle w:val="Platzhalter"/>
        </w:rPr>
        <w:t>[Name und Anschrift der Pflegekasse]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Ort und Datum: </w:t>
      </w:r>
      <w:r>
        <w:rPr>
          <w:rStyle w:val="Platzhalter"/>
        </w:rPr>
        <w:t>[Ort, Datum]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Versicherte Person: </w:t>
      </w:r>
      <w:r>
        <w:rPr>
          <w:rStyle w:val="Platzhalter"/>
        </w:rPr>
        <w:t>[Name, Geburtsdatum]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Versichertennummer: </w:t>
      </w:r>
      <w:r>
        <w:rPr>
          <w:rStyle w:val="Platzhalter"/>
        </w:rPr>
        <w:t>[Nummer]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Aktenzeichen, falls vorhanden: </w:t>
      </w:r>
      <w:r>
        <w:rPr>
          <w:rStyle w:val="Platzhalter"/>
        </w:rPr>
        <w:t>[Aktenzeichen]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Pflegegrad, falls vorhanden: </w:t>
      </w:r>
      <w:r>
        <w:rPr>
          <w:rStyle w:val="Platzhalter"/>
        </w:rPr>
        <w:t>[Pflegegrad]</w:t>
      </w:r>
    </w:p>
    <w:p>
      <w:pPr>
        <w:spacing w:before="180" w:after="180"/>
      </w:pPr>
      <w:r>
        <w:rPr>
          <w:rFonts w:ascii="Arial" w:hAnsi="Arial"/>
          <w:b/>
          <w:color w:val="17313A"/>
          <w:sz w:val="23"/>
        </w:rPr>
        <w:t xml:space="preserve">Antrag auf Versorgung mit </w:t>
      </w:r>
      <w:r>
        <w:rPr>
          <w:rStyle w:val="Platzhalter"/>
        </w:rPr>
        <w:t>[Bezeichnung des Pflegehilfsmittels]</w:t>
      </w:r>
    </w:p>
    <w:p>
      <w:r>
        <w:t>Sehr geehrte Damen und Herren,</w:t>
      </w:r>
    </w:p>
    <w:p>
      <w:r>
        <w:rPr>
          <w:rFonts w:ascii="Arial" w:hAnsi="Arial"/>
          <w:b w:val="0"/>
          <w:color w:val="17313A"/>
          <w:sz w:val="22"/>
        </w:rPr>
        <w:t xml:space="preserve">hiermit beantrage ich die Versorgung mit </w:t>
      </w:r>
      <w:r>
        <w:rPr>
          <w:rStyle w:val="Platzhalter"/>
        </w:rPr>
        <w:t>[Pflegehilfsmittel]</w:t>
      </w:r>
      <w:r>
        <w:rPr>
          <w:rFonts w:ascii="Arial" w:hAnsi="Arial"/>
          <w:b w:val="0"/>
          <w:color w:val="17313A"/>
          <w:sz w:val="22"/>
        </w:rPr>
        <w:t>.</w:t>
      </w:r>
    </w:p>
    <w:p>
      <w:r>
        <w:rPr>
          <w:rFonts w:ascii="Arial" w:hAnsi="Arial"/>
          <w:b w:val="0"/>
          <w:color w:val="17313A"/>
          <w:sz w:val="22"/>
        </w:rPr>
        <w:t xml:space="preserve">Das Pflegehilfsmittel wird in der häuslichen Pflege benötigt, um </w:t>
      </w:r>
      <w:r>
        <w:rPr>
          <w:rStyle w:val="Platzhalter"/>
        </w:rPr>
        <w:t>[die Pflege zu erleichtern, Beschwerden zu lindern oder eine selbstständigere Lebensführung zu ermöglichen]</w:t>
      </w:r>
      <w:r>
        <w:rPr>
          <w:rFonts w:ascii="Arial" w:hAnsi="Arial"/>
          <w:b w:val="0"/>
          <w:color w:val="17313A"/>
          <w:sz w:val="22"/>
        </w:rPr>
        <w:t>.</w:t>
      </w:r>
    </w:p>
    <w:p>
      <w:r>
        <w:rPr>
          <w:rFonts w:ascii="Arial" w:hAnsi="Arial"/>
          <w:b w:val="0"/>
          <w:color w:val="17313A"/>
          <w:sz w:val="22"/>
        </w:rPr>
        <w:t xml:space="preserve">Die konkrete Alltagssituation ist folgende: </w:t>
      </w:r>
      <w:r>
        <w:rPr>
          <w:rStyle w:val="Platzhalter"/>
        </w:rPr>
        <w:t>[Situation, Häufigkeit und benötigte Unterstützung]</w:t>
      </w:r>
      <w:r>
        <w:rPr>
          <w:rFonts w:ascii="Arial" w:hAnsi="Arial"/>
          <w:b w:val="0"/>
          <w:color w:val="17313A"/>
          <w:sz w:val="22"/>
        </w:rPr>
        <w:t>.</w:t>
      </w:r>
    </w:p>
    <w:p>
      <w:r>
        <w:t>Bitte teilen Sie mir mit, falls eine Empfehlung, ein Formular oder weitere Unterlagen erforderlich sind. Bitte bestätigen Sie den Eingang und entscheiden Sie durch einen schriftlichen Bescheid.</w:t>
      </w:r>
    </w:p>
    <w:p>
      <w:r>
        <w:t>Mit freundlichen Grüßen</w:t>
      </w:r>
    </w:p>
    <w:p>
      <w:r>
        <w:rPr>
          <w:rStyle w:val="Platzhalter"/>
        </w:rPr>
        <w:t>[Unterschrift]</w:t>
      </w:r>
    </w:p>
    <w:p/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Anlagen: </w:t>
      </w:r>
      <w:r>
        <w:rPr>
          <w:rStyle w:val="Platzhalter"/>
        </w:rPr>
        <w:t>[Verordnung, Empfehlung, Begründungsanlage, Befunde – Unzutreffendes löschen]</w:t>
      </w:r>
    </w:p>
    <w:p>
      <w:pPr>
        <w:spacing w:before="160" w:after="0"/>
      </w:pPr>
      <w:r>
        <w:rPr>
          <w:rFonts w:ascii="Arial" w:hAnsi="Arial"/>
          <w:b/>
          <w:color w:val="52656B"/>
          <w:sz w:val="17"/>
        </w:rPr>
        <w:t xml:space="preserve">Grundlage der Orientierung: </w:t>
      </w:r>
      <w:r>
        <w:rPr>
          <w:rFonts w:ascii="Arial" w:hAnsi="Arial"/>
          <w:b w:val="0"/>
          <w:color w:val="52656B"/>
          <w:sz w:val="17"/>
        </w:rPr>
        <w:t>§ 40 SGB XI. Ob Kranken- oder Pflegekasse zuständig ist, hängt vom Zweck der Versorgung ab.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rial" w:hAnsi="Arial"/>
        <w:b w:val="0"/>
        <w:color w:val="52656B"/>
        <w:sz w:val="17"/>
      </w:rPr>
      <w:t>Allgemeine Orientierung · keine individuelle Rechtsberatung · Stand: 13. August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Arial" w:hAnsi="Arial"/>
        <w:b/>
        <w:color w:val="007F78"/>
        <w:sz w:val="19"/>
      </w:rPr>
      <w:t>Hilfsmittelantrag.de</w:t>
    </w:r>
    <w:r>
      <w:rPr>
        <w:rFonts w:ascii="Arial" w:hAnsi="Arial"/>
        <w:b w:val="0"/>
        <w:color w:val="52656B"/>
        <w:sz w:val="19"/>
      </w:rPr>
      <w:t xml:space="preserve">  |  Kostenlose Vorlage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1731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7F7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7F7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tzhalter">
    <w:name w:val="Platzhalter"/>
    <w:rPr>
      <w:rFonts w:ascii="Arial" w:hAnsi="Arial"/>
      <w:b/>
      <w:color w:val="7A3E00"/>
      <w:shd w:fill="FFF0C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Versorgung mit einem Pflegehilfsmittel</dc:title>
  <dc:subject>Kostenlose Vorlage für Hilfsmittel und Pflegehilfsmittel</dc:subject>
  <dc:creator>Hilfsmittelantrag.de – eine Initiative von KlarNutzbar</dc:creator>
  <cp:keywords>Hilfsmittel, Pflegehilfsmittel, Antrag, Widerspruch, Vorlage</cp:keywords>
  <dc:description>Enthält keine personenbezogenen Daten. Platzhalter werden durch Nutzerinnen und Nutzer lokal ersetzt.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